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וידוי הגדול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השיר "וידוי הגדול" של אמנון שמוש: הדובר והאם, מבנה השיר, דימוי, מטאפורה, ניגוד ורמז, והנושאים פער בין דורות והחמצה. הציטוטים קצרים מאוד (עד 8 מילים); מומלץ לעבוד עם השיר מן המקראה לצד הדף.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מיהו הדובר בשיר?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בן שמתוודה על יחסו לאמו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מדמה הדובר את קול אמו?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לעוד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הפריד בין הדובר לאמו, לפי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מסך בין קולות עברה לבין רעש הקיבוץ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תחושה שולטת בסוף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החמצה וגעגוע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הייתה מגיעה לבקר את הדובר בכל קיץ.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הדובר הקשיב בתשומת לב לכל סיפורי אמו בזמן שסיפרה אותם.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היה עסוק בעבודה בקיבוץ, רק הנהן בראשו כאילו הוא שומע.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אחרי מות האם, הדובר מגלה את עולמה בתוך הסיפורים שכתב.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קיץ אחד האם לא באה, וב____ נפטרה.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השיר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א → ד → ה → 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הדוגמה מן השיר לבין האמצעי האומנותי.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3–ג, 4–ד, 5–ה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הפרטים: מה שייך לעולם של האם ומה לעולם של הבן?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עולם האם: פתגמים עתיקים، צמידי זהב מצלצלים، סיפורים על דמויות מן המקרא ועל קמעות | עולם הבן: עבודה בקיבוץ، קידום מפעלים، רעש הקבוצה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התפקיד של השורות הקצרות מאוד בשיר?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הן יוצרות קצב של וידוי, היסוס ורגש – כאילו הדובר מתקשה לדבר; הקצב הקטוע משדר כנות.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הניגוד בין האם לבין הבן בשיר, ומה הוא מלמד על פער בין דורות.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האם מספרת ויש לה זמן, נושאת עולם של מסורת; הבן עסוק בבניית הקיבוץ ואינו מקשיב. הניגוד מבליט פער בין עולם העבר לחברה החדשה, ואת מה שהלך לאיבוד.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הגילוי של הדובר אחרי מות אמו? מדוע זה גילוי מנחם וכואב בבת אחת?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מוצא את עולמה בתוך הסיפורים שכתב – לבו היה ער והדברים חלחלו אליו. מנחם: העולם שלה ממשיך בו. כואב: הבין מאוחר מדי ואינו יכול לשמוע ממנה עוד.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מכתב מן הדובר אל אמו, שנים אחרי מותה (7–9 שורות): ספרו לה מה גיליתם בסיפורים שלכם, על מה אתם מצטערים, ואיזה סיפור שלה הייתם רוצים לשמוע שוב. שלבו לפחות דימוי אחד ופרט אחד מן 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פנייה אישית בגוף ראשון; הגילוי (עולמה בסיפוריו); חרטה מפורשת (לא הקשיב); משאלה לשמוע סיפור; דימוי אחד ופרט אחד מן השיר (העוד, הצמידים, הקיץ, הקיבוץ);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הדובר מודה בטעות – שלא הקשיב לאמו – ומביע חרטה. 2. תשובה אישית. 3. למשל: כדאי להקשיב לסיפורים של המבוגרים כל עוד אפשר.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הקצרים ("קולה מתנגן כעוד", "אזני הייתה סתומה ולבי ער", "הקיבוץ מן הבוץ") – נוסח מדויק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סדר העונות בשיר (קיץ שבו לא באה, חורף שבו נפטרה) – לפי האתר;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המשורר נפטר ב־2022 – לכן בדף רק ציטוטים קצרים ופרפרזה.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"וידוי הגדול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🕯️ וידוי הגדול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השיר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מיהו הדובר בשיר?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בן שמתוודה על יחסו לאמו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חבר קיבוץ שכן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ילד קטן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מדמה הדובר את קול אמו?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לכינור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לחליל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לעוד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לתוף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הפריד בין הדובר לאמו, לפי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ים גדול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מסך בין קולות עברה לבין רעש הקיבוץ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שפה זרה בלבד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תחושה שולטת בסוף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החמצה וגעגוע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כעס על האם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אדישות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האם הייתה מגיעה לבקר את הדובר בכל קיץ.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הדובר הקשיב בתשומת לב לכל סיפורי אמו בזמן שסיפרה אותם.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אחרי מות האם, הדובר מגלה את עולמה בתוך הסיפורים שכתב.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קיץ אחד האם לא באה, וב_______________ נפטרה.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מבנה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ומיינו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שלבי השיר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הבן עסוק בבניית הקיבוץ ורק מהנהן – מסך מפריד ביניהם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המשאלה לשמוע ממנה עוד – והיא איננה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הביקורים של האם בכל קיץ – קול, ידיים וצמידים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הבן מתחיל לכתוב; קיץ אחד האם לא באה, ובחורף נפטרה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בקריאת סיפוריו הוא מוצא את עולמה של אמו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הדוגמה מן השיר לבין האמצעי האומנותי.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"קולה מתנגן כעוד"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מסך בין קולות העבר לבין אוזנו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"אזני הייתה סתומה ולבי ער"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לפסוק מן המקרא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"בכל קיץ" מול "קיץ אחד לא באה"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"הקיבוץ מן הבוץ"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 מילים וצלילים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מיינו את הפרטים: מה שייך לעולם של האם ומה לעולם של הבן?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רעש הקבוצה   ·   קידום מפעלים   ·   עבודה בקיבוץ   ·   סיפורים על דמויות מן המקרא ועל קמעות   ·   פתגמים עתיקים   ·   צמידי זהב מצלצלים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עולם האם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עולם הבן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מה התפקיד של השורות הקצרות מאוד בשיר?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במשפטים מלאים, ובססו את דבריכם בפרט מן השיר.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הסבירו את הניגוד בין האם לבין הבן בשיר, ומה הוא מלמד על פער בין דורות.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מה הגילוי של הדובר אחרי מות אמו? מדוע זה גילוי מנחם וכואב בבת אחת?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כתבו מכתב מן הדובר אל אמו, שנים אחרי מותה (7–9 שורות): ספרו לה מה גיליתם בסיפורים שלכם, על מה אתם מצטערים, ואיזה סיפור שלה הייתם רוצים לשמוע שוב. שלבו לפחות דימוי אחד ופרט אחד מן 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לדעתכם השיר נקרא "וידוי"?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על מה הייתם רוצים לשאול אדם מבוגר במשפחה שלכם?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וידוי הגדול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