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וידוי הגדול – דף תרגול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על השיר "וידוי הגדול" של אמנון שמוש: הדובר והאם, מבנה השיר, דימוי, מטאפורה, ניגוד ורמז, והנושאים פער בין דורות והחמצה. הציטוטים קצרים מאוד (עד 8 מילים); מומלץ לעבוד עם השיר מן המקראה לצד הדף.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מיהו הדובר בשיר?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בן שמתוודה על יחסו לאמו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למה מדמה הדובר את קול אמו?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לעוד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איזו תחושה שולטת בסוף השיר?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החמצה וגעגוע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האם הייתה מגיעה לבקר את הדובר בכל קיץ.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שלבי השיר לפי הסדר (1–5).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ד → ב → ג → א → 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הדוגמה מן השיר לבין האמצעי האומנותי.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1–א, 2–ד, 3–ג, 4–ב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הסבירו את הניגוד בין האם לבין הבן בשיר, ומה הוא מלמד על פער בין דורות.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האם מספרת ויש לה זמן, נושאת עולם של מסורת; הבן עסוק בבניית הקיבוץ ואינו מקשיב. הניגוד מבליט פער בין עולם העבר לחברה החדשה, ואת מה שהלך לאיבוד.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מכתב מן הדובר אל אמו, שנים אחרי מותה (7–9 שורות): ספרו לה מה גיליתם בסיפורים שלכם, על מה אתם מצטערים, ואיזה סיפור שלה הייתם רוצים לשמוע שוב. שלבו לפחות דימוי אחד ופרט אחד מן השיר.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פנייה אישית בגוף ראשון; הגילוי (עולמה בסיפוריו); חרטה מפורשת (לא הקשיב); משאלה לשמוע סיפור; דימוי אחד ופרט אחד מן השיר (העוד, הצמידים, הקיץ, הקיבוץ);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הדובר מודה בטעות – שלא הקשיב לאמו – ומביע חרטה. 2. תשובה אישית. 3. למשל: כדאי להקשיב לסיפורים של המבוגרים כל עוד אפשר.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הציטוטים הקצרים ("קולה מתנגן כעוד", "אזני הייתה סתומה ולבי ער", "הקיבוץ מן הבוץ") – נוסח מדויק מול המקראה.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סדר העונות בשיר (קיץ שבו לא באה, חורף שבו נפטרה) – לפי האתר; לוודא מול המקראה.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המשורר נפטר ב־2022 – לכן בדף רק ציטוטים קצרים ופרפרזה.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"וידוי הגדול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🕯️ וידוי הגדול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הבנת השיר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סמנו תשובה אחת. כתבו נכון או לא נכון.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מיהו הדובר בשיר?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האם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בן שמתוודה על יחסו לאמו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חבר קיבוץ שכן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למה מדמה הדובר את קול אמו?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לכינור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לחליל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לעוד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3. איזו תחושה שולטת בסוף השיר?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שמחה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החמצה וגעגוע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כעס על האם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האם הייתה מגיעה לבקר את הדובר בכל קיץ.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מבנה ואמצעים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סדרו לפי מספרים. חברו קו.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סדרו את שלבי השיר לפי הסדר (1–5).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בקריאת סיפוריו הוא מוצא את עולמה של אמו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הבן עסוק בבניית הקיבוץ ורק מהנהן – מסך מפריד ביניהם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הבן מתחיל לכתוב; קיץ אחד האם לא באה, ובחורף נפטרה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זיכרון הביקורים של האם בכל קיץ – קול, ידיים וצמידים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המשאלה לשמוע ממנה עוד – והיא איננה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התאימו בין הדוגמה מן השיר לבין האמצעי האומנותי.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"קולה מתנגן כעוד"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דימוי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מסך בין קולות העבר לבין אוזנו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חזרה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"אזני הייתה סתומה ולבי ער"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רמז לפסוק מן המקרא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"בכל קיץ" מול "קיץ אחד לא באה"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מטאפורה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פרשנות וכתיבה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משפטים מלאים.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הסבירו את הניגוד בין האם לבין הבן בשיר, ומה הוא מלמד על פער בין דורות.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8. כתבו מכתב מן הדובר אל אמו, שנים אחרי מותה (7–9 שורות): ספרו לה מה גיליתם בסיפורים שלכם, על מה אתם מצטערים, ואיזה סיפור שלה הייתם רוצים לשמוע שוב. שלבו לפחות דימוי אחד ופרט אחד מן השיר.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למה לדעתכם השיר נקרא "וידוי"?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על מה הייתם רוצים לשאול אדם מבוגר במשפחה שלכם?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וידוי הגדול – דף תרגול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