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הקמצן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הקומדיה "הקמצן" של מולייר: הדמויות והקשרים ביניהן, מהלך העלילה, אמצעים קומיים (חזרה, הגזמה, אי־הבנה, היפוך) וסאטירה. מתאים אחרי לימוד המחזה והקטעים באתר; אפשר לעבוד בקבוצות בחלק ב׳.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הרפגון אומר שוב ושוב?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"בלי נדוניה!"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ממי קלאנט רוצה ללוות כסף, בלי לדעת?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הרפגון, אביו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התפקידים של ז׳אק בבית הרפגון?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טבח ועגלון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לוקח את התיבה?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לה פלש, משרתו של קלאנט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 רוצה להתחתן עם מריאן.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המחזה הרפגון נעשה נדיב ומשלם על שתי החתונות.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אנסלם משלם על הכול, והרפגון נשאר מאושר עם תיבתו.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ואלר נכנס לבית הרפגון כמנהל משק הבית כדי להיות קרוב לאליז.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אנסלם הוא ____ של ואלר ומריאן.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אביהם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דמות למה שהיא רוצה.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2–א, 3–ד, 4–ג, 5–ה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האירועים מ־1 עד 5.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ב → א → ה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מה המחזה צוחק? תנו 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ביקורת על אהבת הכסף שגוברת על אהבה ומשפחה. דוגמה: אב שמוכן להשיא את בתו לאיש מבוגר רק כי הוא לוקח אותה "בלי נדוניה".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שיחה מצחיקה בין הרפגון לז׳אק על הסעודה.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צורת מחזה (שם הדובר לפני כל שורה, הוראות במה בסוגריים); נאמנות לדמויות (הרפגון קמצן וחשדן, ז׳אק ישר וגלוי לב); שני אמצעים קומיים מסומנים ומשולבים היטב; סיום קומי;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דמות שמגלמת תכונה אחת בקיצוניות – הרפגון, הקמצן. 2. תשובה אישית עם שם אמצעי ודוגמה נכונה. 3. למשל: הצחוק בקומדיה מבקר חולשה אנושית.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שמות הדמויות לפי התרגום שבכיתה (הרפגון/הַרְפָּגוֹן, ז׳אק/מאסטר ז׳אק).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סכום הכסף בתיבה – עשרת אלפים מטבעות זהב, לפי המקור.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"הקמצן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💰 הקמצן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קומדיה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מחזה מצחיק עם סוף טוב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comedy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יצירה שנכתבה כדי להציג על במה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play (drama)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טיפוסית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שמייצגת תכונה אחת בקיצוניות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stock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נדוניה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כסף או רכוש שמשפחת הכלה נותנת בחתונה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dowry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אי־הבנה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 דמויות מדברות על דברים שונים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misunderstanding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הגזמה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גדול הרבה יותר מן המציאות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exaggeration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או משפט שחוזרים כדי להדגיש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repetition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סאטירה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ביקורת על אנשים או חברה בדרך של צחוק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satire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קמצן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שלא מוכן להוציא כסף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miser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המחזה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אביהם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משפט הרפגון אומר שוב ושוב?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"בלי נדוניה!"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"אני אוהב אותה!"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"הכסף שלי!"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"לאכול כדי לחיות!"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ממי קלאנט רוצה ללוות כסף, בלי לדעת?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אנסלם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הרפגון, אביו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ואלר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פרוסין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התפקידים של ז׳אק בבית הרפגון?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שומר ונהג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טבח ועגלון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מורה ושף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גנן ושומר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 לוקח את התיבה?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ז׳אק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ואלר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לה פלש, משרתו של קלאנט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אנסלם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הרפגון רוצה להתחתן עם מריאן.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בסוף המחזה הרפגון נעשה נדיב ומשלם על שתי החתונות.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ואלר נכנס לבית הרפגון כמנהל משק הבית כדי להיות קרוב לאליז.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אנסלם הוא _______________ של ואלר ומריאן.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דמויות, עלילה ואמצעים קומיים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קו. סדרו לפי מספרים.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חברו כל דמות למה שהיא רוצה.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אליז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אוהב את מריאן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קלאנט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אוהבת את ואלר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רוצה לקבל כסף מהרפגון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פרוסין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אוהב את תיבת הכסף מעל הכול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אנסלם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מוכן לשאת את אליז "בלי נדוניה"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סדרו את האירועים מ־1 עד 5.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 פלש גונב את התיבה, והרפגון משתגע וחושד בכולם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קלאנט מגלה שאביו הוא המלווה בריבית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אנסלם מתגלה כאביהם של ואלר ומריאן ושתי החתונות נקבעות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היכרות עם הרפגון הקמצן ועם האהבות הסודיות של ילדיו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אי־הבנה: הרפגון מדבר על התיבה, וואלר מדבר על אליז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על מה המחזה צוחק? תנו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שיחה מצחיקה בין הרפגון לז׳אק על הסעודה.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מהי דמות טיפוסית? תנו דוגמה מן המחזה.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אמצעי קומי הכי הצחיק אתכם,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הקמצן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