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הקמצן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הקומדיה "הקמצן" של מולייר: הדמויות והקשרים ביניהן, מהלך העלילה, אמצעים קומיים (חזרה, הגזמה, אי־הבנה, היפוך) וסאטירה. מתאים אחרי לימוד המחזה והקטעים באתר; אפשר לעבוד בקבוצות בחלק ב׳.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הנימוק שהרפגון חוזר עליו שוב ושוב?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"בלי נדוניה!"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הוא באמת המלווה בריבית שקלאנט מנסה ללוות ממנו?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הרפגון, אביו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הרפגון רוצה לשאת לאישה את מריאן, הנערה שבנו אוהב.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בסוף המחזה מתגלה שאנסלם הוא ____ האבוד של ואלר ומריאן.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אביהם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הדמות לבין מי שהיא אוהבת או מה שהיא רוצה.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2–ג, 3–א, 4–ב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אירועי המחזה לפי הסדר (1–5).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ב → א → ד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מה צוחק המחזה? הסבירו מהי הסאטירה ב"הקמצן" בעזרת דוגמה אחת.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ביקורת על אהבת הכסף שגוברת על אהבה ומשפחה. דוגמה: אב שמוכן להשיא את בתו לאיש מבוגר רק כי הוא לוקח אותה "בלי נדוניה".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סצנה קומית קצרה (7–9 שורות) שבה הרפגון מנסה לחסוך בהכנת הסעודה לכבוד מריאן, וז׳אק מתווכח איתו. שלבו לפחות שני אמצעים קומיים (חזרה, הגזמה, אי־הבנה או היפוך) וסמנו אותם.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צורת מחזה (שם הדובר לפני כל שורה, הוראות במה בסוגריים); נאמנות לדמויות (הרפגון קמצן וחשדן, ז׳אק ישר וגלוי לב); שני אמצעים קומיים מסומנים ומשולבים היטב; סיום קומי;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דמות שמגלמת תכונה אחת בקיצוניות – הרפגון, הקמצן. 2. תשובה אישית עם שם אמצעי ודוגמה נכונה. 3. למשל: הצחוק בקומדיה מבקר חולשה אנושית.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שמות הדמויות לפי התרגום שבכיתה (הרפגון/הַרְפָּגוֹן, ז׳אק/מאסטר ז׳אק).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סכום הכסף בתיבה – עשרת אלפים מטבעות זהב, לפי המקור.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"הקמצן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💰 הקמצן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הבנת המחזה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אביהם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מה הנימוק שהרפגון חוזר עליו שוב ושוב?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"בלי נדוניה!"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"אני אוהב אותה!"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"הכסף שלי!"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מי הוא באמת המלווה בריבית שקלאנט מנסה ללוות ממנו?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אנסלם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הרפגון, אביו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ואלר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הרפגון רוצה לשאת לאישה את מריאן, הנערה שבנו אוהב.      ◯ נכון   ◯ לא נכון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בסוף המחזה מתגלה שאנסלם הוא _______________ האבוד של ואלר ומריאן.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דמויות, עלילה ואמצעים קומיים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חברו קו. סדרו לפי מספרים.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התאימו בין הדמות לבין מי שהיא אוהבת או מה שהיא רוצה.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אליז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אוהב את תיבת הכסף מעל הכול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קלאנט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רוצה לקבל כסף מהרפגון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הרפגון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אוהב את מריאן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פרוסין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אוהבת את ואלר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סדרו את אירועי המחזה לפי הסדר (1–5).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לה פלש גונב את התיבה, והרפגון משתגע וחושד בכולם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קלאנט מגלה שאביו הוא המלווה בריבית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אנסלם מתגלה כאביהם של ואלר ומריאן ושתי החתונות נקבעות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אי־הבנה: הרפגון מדבר על התיבה, וואלר מדבר על אליז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היכרות עם הרפגון הקמצן ועם האהבות הסודיות של ילדיו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פרשנות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על מה צוחק המחזה? הסבירו מהי הסאטירה ב"הקמצן" בעזרת דוגמה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8. כתבו סצנה קומית קצרה (7–9 שורות) שבה הרפגון מנסה לחסוך בהכנת הסעודה לכבוד מריאן, וז׳אק מתווכח איתו. שלבו לפחות שני אמצעים קומיים (חזרה, הגזמה, אי־הבנה או היפוך) וסמנו אותם.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מהי דמות טיפוסית? תנו דוגמה מן המחזה.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איזה אמצעי קומי הכי הצחיק אתכם,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הקמצן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