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שירי התחדשות וזמן מחזורי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שלושת שירי ההתחדשות (לאה גולדברג, נעמי שמר, אהוד מנור): זמן מחזורי, חזרה ופזמון, ניגוד, האנשה וסמלי התחדשות, והשוואה בין השירים. הציטוטים קצרים; מומלץ להחזיק את המקראה פתוחה לצד הדף.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חוזר בתחילת כל בית בשיר של לאה גולדברג?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"גם השנה"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מרגישה הדמות בתחילת השיר של נעמי שמר?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עייפה מכדי לחשוב ולהרגיש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זמן דקדוקי כתובים רוב הפעלים בשירים?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עתיד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מבטיח הפזמון בשיר של אהוד מנור?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שעוד יהיה טוב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 של גולדברג הציפורים עפות לארצות חמות.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 של אהוד מנור הדובר מתאר את העבר הקשה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הדובר מצייר בזמן עתיד תמונות פשוטות של חיים טובים (מרפסת, ציפורים, ילדים, ענבים).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הפזמון של נעמי שמר, אחרי החגים יתחדשו גם יסודות הטבע וגם האנשים.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האדמה "שותה" – זו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שיר להרגשה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דוגמה לאמצעי.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2–ה, 3–א, 4–ד, 5–ב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זה זמן שחוזר כמו מעגל? תנו דוגמה משיר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שחוזר כמו מעגל – עונות, חגים, שנים. גולדברג: הסתיו והגשם באים "כמו בכל שנה"; שמר: אחרי החגים ימי החול ישובו והכול יתחדש. זה מנחם כי מבטיח שאחרי חורף או עייפות תבוא התחלה 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7 שורות על התחלה חדשה. התחילו כמה שורות באותה מילה.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נושא של התחלה חדשה; זמן עתיד לאורך הטקסט; חזרה בפתיחת שורות (אנפורה); שתי מילות קישור לפחות, מסומנות; לפחות תמונה אחת מן הטבע או מן העונות;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זמן מחזורי שמביא תקווה והתחלה חדשה. 2. תשובה אישית מנומקת בפרט מן השיר. 3. למשל: חזרה בשיר יוצרת קצב ומדגישה רעיון.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שם השיר של נעמי שמר ("אחרי החגים"; ייתכן שבמקראה הוא מופיע בשם אחר) ושייכות "גם השנה" ללאה גולדברג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הקצרים בדף ("גם השנה", "עייף מכדי לחשוב", "כל מה שקרה – קרה", "האוויר, העפר, המטר והאש", "עוד תראה כמה טוב יהיה") – נוסח מדויק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פרטי השירים (מכונית ומראה בשיר של שמר; ציפורים לארצות החמות אצל גולדברג) – לפי תוכן האתר.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"שירי התחדשות וזמן מחזורי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🍂 שירי התחדשות וזמן מחזורי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יצירה בשורות קצרות, לפעמים עם חרוזים וקצב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poem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הקול שמדבר בשיר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speaker (in a poem)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או משפט שחוזרים כדי להדגיש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פזמון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שורות שחוזרות בשיר אחרי כל 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chorus / refrain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אנפורה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אותה מילה בתחילת כמה שורות או בתים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anaphora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לדבר שאינו אדם תכונה של 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personification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מחזורי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 שחוזר כמו מעגל: עונות, חגים,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cyclical time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התחדשות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להתחיל שוב, להיות 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renewal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השירים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האנשה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חוזר בתחילת כל בית בשיר של לאה גולדברג?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"בשנה הבאה"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"גם השנה"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"אחרי החגים"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"כמו אז"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מרגישה הדמות בתחילת השיר של נעמי שמר?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שמחה ורוקדת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עייפה מכדי לחשוב ולהרגיש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כועסת על כולם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ילד קטן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באיזה זמן דקדוקי כתובים רוב הפעלים בשירים?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עתיד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ציווי בלבד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מבטיח הפזמון בשיר של אהוד מנור?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שיהיה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שעוד יהיה טוב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שהשנה לא תגיע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שהציפורים לא יחזרו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בשיר של גולדברג הציפורים עפות לארצות חמות.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בשיר של אהוד מנור הדובר מתאר את העבר הקשה שלו.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לפי הפזמון של נעמי שמר, אחרי החגים יתחדשו גם יסודות הטבע וגם האנשים.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האדמה "שותה" – זו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אמצעים והשוואה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קו. מיינו לטבלה.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שיר להרגשה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"גם השנה" – לאה גולדברג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שלווה וביטחון בטבע החוזר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"אחרי החגים" – נעמי שמר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עייפות שממנה צומחת תקווה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"בשנה הבאה" – אהוד מנור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משאלה וגעגוע לעתיד פשוט ושקט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דוגמה לאמצעי.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"גם השנה" בפתיחת כל בית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מנייה (רשימה)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"עוד תראה כמה טוב יהיה"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"האוויר, העפר, המטר והאש"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(אנפורה)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ענבים אדומים, צוננים, רוחות רעננות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חושי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"עייף מכדי לחשוב" מול "הכל יתחדש"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(פזמון)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זה זמן שחוזר כמו מעגל? תנו דוגמה משיר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7 שורות על התחלה חדשה. התחילו כמה שורות באותה מילה.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משותף לשלושת השירים?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מן השירים הכי קרוב אליכם,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שירי התחדשות וזמן מחזורי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